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– לכל טקסט יש מטרה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סוג הטקסט לפי מאפייניו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טקסט סיפורי, תיאורי, מידעי, שכנועי ומכתב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במילים שלי למה טקסט שייך לסוג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טקסט סיפורי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טקסט תיאורי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טקסט 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מכתב / פנייה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טקסט משכנע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המאפיין המרכזי של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תיאורי מתאר, לא משכנע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המטרה של 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מכתב כתוב כפנייה למישהו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טקסט מידעי מתמקד בעובדות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ביקורת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הטקסט לסוג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(טקסט תיאורי)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(טקסט סיפורי)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(טקסט מידעי)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(מכתב / פנייה)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(ביקורת)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לזיהוי סוג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הטקסט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חפשו מאפיינים – דמויות, תיאור, עובדות, פנייה או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החליטו מהי מטרת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בחרו את סוג הטקסט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הסבירו במשפט קצר למה בחרתם בסוג הזה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בעצמכם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יכתבו משפט המתאר (למשל צבעים, קולות), משפט עם עובדה (למשל גודל הים), ומשפט המספר אירוע עם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התלמידים יציינו מאפיין מרכזי כמו עלילה, תיאור חושי, עובדות או פנייה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מזכיר/ה לפחות שלושה סוגים: סיפורי, תיאורי, מידעי, מכתב/ביקורת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מזהה דמויות ועלילה כסימן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כותב/ת משפט עם עובדה או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בקריאת הדוגמה מהמשחק ולבקש מהתלמידים לנחש את הסוג לפני מתן האפשרויות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הסבר בעל פה אחרי כל תשובה – למה בחרתם בסוג הזה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להשמיט את הפריטים המסומנים כקשים יותר ולהתמקד בזיהוי 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– לכל טקסט יש מטרה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כמה סוגים של טקסטים. כל סוג כתוב בשביל מטרה אחרת. נלמד להכיר כל סוג.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סיפורי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שמספר סיפור עם דמויות ועלילה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תיאורי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שמתאר איך משהו נראה, נשמע או מרגיש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מידעי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שנותן מידע או עובדות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משכנע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שמנסה לשכנע אותנו במשהו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מכתב / פנייה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שפונה למישהו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ביקורת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שמביע דעה על ספר, סרט או מוצר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רצף האירועים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מאפיין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שעוזר לזהות את סוג 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יש כאן סיפור על ליה. איזה סוג טקסט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 סיפורי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הטקסט מתאר איך הים נראה ונשמע. איזה סוג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תיאורי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 סיפורי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יש כאן עובדות על הים. איזה סוג טקסט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סיפורי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מישהו פונה לדני וכותב לו. איזה סוג טקסט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תיאורי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/ פנייה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מישהו כותב דעה על ספר. איזה סוג טקסט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סיפורי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טקסט תיאורי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הטקסט מנסה לשכנע אותנו לשמור על החוף. איזה סוג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סיפורי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משכנע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ביקורת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סיפורי תמיד כולל דמויות ועלילה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תיאורי נועד לשכנע את הקורא לעשות משהו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בביקורת הכותב מביע דעה אישית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תמיד פונה לקורא מסוים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מידעי מלא בתיאורי רגשות ואווירה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טקסט ש__________ סיפור עם דמויות נקרא טקסט סיפורי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טקסט שמתאר איך דבר __________, נשמע או מריח נקרא טקסט תיאורי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טקסט שנותן עובדות ו__________ נקרא טקסט מידעי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טקסט הפונה למישהו מסוים ונכתב אליו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טקסט המביע דעה על ספר או סרט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הטקסט לסוג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"הדג השחה מהר בין האצות הירוקות"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טקסט מידעי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"יונה יצאה מהתיבה וחיפשה אדמה יבשה"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ביקורת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"הים התיכון עשיר במיני דגים רבים"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מכתב / פנייה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"אנא שמרו על החוף נקי בשבילנו"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טקסט סיפורי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"הסרט היה משעמם מדי לטעמי"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טקסט תיאורי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לזיהוי סוג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חפשו מאפיינים – דמויות, תיאור, עובדות, פנייה או דעה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הסבירו במשפט קצר למה בחרתם בסוג הזה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את סוג הטקסט המתאים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הטקסט בעיון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החליטו מהי מטרת 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בעצמכם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קצרים: משפט אחד תיאורי, משפט אחד מידעי ומשפט אחד סיפורי, על הנושא "הים"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טקסט אחד מהדף וכתבו למה האמנתם שזה הסוג שבחרתם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ארבעה סוגי טקסטים שלמדנו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מזהים טקסט סיפורי?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אחד מתוך טקסט מידעי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סוגי טקסטים – לכל טקסט יש מטרה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